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קובע את המחיר? ביקוש והיצע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ביקוש והיצע משפיעים על המחיר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מצבים של מחסור ועודף בשוק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בשאלות הוגנות סביב תמחור בשוק האפור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יורד, יש מבצעים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כמות האנשים שרוצים לקנות מוצר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מחסור גורם לעליית מחיר, כי יש פחות מהמוצר ביחס לביקוש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יותר מדי מוצר לעומת הביקוש - המוכרים מורידים מחיר כדי למכור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כשנשאר הרבה סחורה, מוכרים מוזילים כדי להיפטר ממנה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ביקוש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(מחיר 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(מחיר יורד)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(מחיר גבוה בשוק האפור)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(מבצע והנחות)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דוגמה הגיונית עם הסבר על יחס בין ביקוש להיצע, למשל מוצר עונתי, אופנתי או נדיר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מחסור - ביקוש גבוה מההיצע - המחיר 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מבצע נובע בדרך כלל מעודף מלאי בסוף עונה או כדי למכור מהר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שוק אפור - מכירה לא רשמית במחיר גבוה, עלול לפגוע באנשים שלא יכולים לשלם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עם דוגמה מוחשית מהכיתה: מוצר נדיר מול מוצר שיש ממנו הרבה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להרחיב את הדיון בחלק הפתוח לשיחה כיתתית על הוגנות בשוק, בלי לקחת צד פוליטי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שאלה על איך תחרות בין מוכרים משפיעה על המחיר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קובע את המחיר? ביקוש והיצע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מחיר של מוצר לא נקבע באקראי - הוא תוצאה של כמות המוצר הקיימת (היצע) וכמות האנשים שרוצים אותו (ביקוש). בדף הזה נתרגל את העקרון הזה דרך דוגמאות מהחיים.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ביקוש  ·  עולה  ·  היצע  ·  יורד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כאשר יש מעט מאוד תותים בשוק וכולם רוצים לקנות, המחיר בדרך כלל: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נשאר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בסוף העונה יש הרבה אבטיחים שנשארו. מה קורה למחיר בדרך 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עולה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יורד, יש מבצעים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נשאר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ביקוש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כמות המוצר שיש בשוק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כמות האנשים שרוצים לקנות 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המחיר הרשמי של מוצר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כשיש מחסור במוצר, המחיר נוטה לרדת.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עודף מוצרים בשוק עלול להוריד את המחיר.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מבצעים בסוף העונה קשורים לרוב לעודף מלאי.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כשיש מעט מוצר והרבה קונים, המחיר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כשיש הרבה מוצר ומעט קונים, המחיר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כמות המוצר הקיימת בשוק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הרצון של הקונים לקנות מוצר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מעט תותים, ביקוש גבוה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מחיר יורד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הרבה אבטיחים בסוף העונה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מחיר 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כרטיס נדיר להופעה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מחיר גבוה בשוק האפור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מלאי גדול שלא נמכר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מבצע והנחות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חשיבה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תנו דוגמה משלכם (לא מהדף) למוצר שהמחיר שלו עולה כי יש עליו ביקוש גבוה והיצע נמוך, והסבירו בקצרה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קורה למחיר כשיש מחסור במוצר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למבצע ולמה הוא קורה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קובע את המחיר? ביקוש והיצע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